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BD6C9" w14:textId="4DDA4919" w:rsidR="00CC54C3" w:rsidRDefault="00884427">
      <w:pPr>
        <w:pStyle w:val="Tytu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2A2FAD" wp14:editId="009ACDEA">
            <wp:simplePos x="0" y="0"/>
            <wp:positionH relativeFrom="margin">
              <wp:align>left</wp:align>
            </wp:positionH>
            <wp:positionV relativeFrom="paragraph">
              <wp:posOffset>27093</wp:posOffset>
            </wp:positionV>
            <wp:extent cx="561789" cy="558165"/>
            <wp:effectExtent l="0" t="0" r="0" b="0"/>
            <wp:wrapNone/>
            <wp:docPr id="1700409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40993" name="Obraz 1700409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789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 w:rsidR="00000000">
        <w:t>FORMULARZ ZGŁOSZENIOWY</w:t>
      </w:r>
    </w:p>
    <w:p w14:paraId="493B83AF" w14:textId="77777777" w:rsidR="00CC54C3" w:rsidRDefault="00000000">
      <w:pPr>
        <w:jc w:val="center"/>
      </w:pPr>
      <w:r>
        <w:rPr>
          <w:b/>
          <w:color w:val="232323"/>
          <w:sz w:val="28"/>
        </w:rPr>
        <w:t>EDUKACYJNE WARSZTATY WĘDKARSKIE</w:t>
      </w:r>
    </w:p>
    <w:p w14:paraId="0B379FED" w14:textId="77777777" w:rsidR="00CC54C3" w:rsidRDefault="00000000">
      <w:pPr>
        <w:jc w:val="center"/>
      </w:pPr>
      <w:r>
        <w:rPr>
          <w:i/>
          <w:color w:val="255837"/>
          <w:sz w:val="22"/>
        </w:rPr>
        <w:t>na łowisku w Dobczy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CC54C3" w14:paraId="00A42D74" w14:textId="77777777">
        <w:trPr>
          <w:jc w:val="center"/>
        </w:trPr>
        <w:tc>
          <w:tcPr>
            <w:tcW w:w="351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EAF2EC"/>
          </w:tcPr>
          <w:p w14:paraId="6FFF0848" w14:textId="77777777" w:rsidR="00CC54C3" w:rsidRDefault="00000000">
            <w:pPr>
              <w:spacing w:after="0"/>
              <w:jc w:val="center"/>
            </w:pPr>
            <w:r>
              <w:rPr>
                <w:b/>
                <w:color w:val="255837"/>
                <w:sz w:val="16"/>
              </w:rPr>
              <w:t>DATA</w:t>
            </w:r>
            <w:r>
              <w:rPr>
                <w:b/>
                <w:color w:val="255837"/>
                <w:sz w:val="16"/>
              </w:rPr>
              <w:br/>
            </w:r>
            <w:r>
              <w:rPr>
                <w:b/>
              </w:rPr>
              <w:t>26 września 2026 r.</w:t>
            </w:r>
          </w:p>
        </w:tc>
        <w:tc>
          <w:tcPr>
            <w:tcW w:w="351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EAF2EC"/>
          </w:tcPr>
          <w:p w14:paraId="25EDB369" w14:textId="77777777" w:rsidR="00CC54C3" w:rsidRDefault="00000000">
            <w:pPr>
              <w:spacing w:after="0"/>
              <w:jc w:val="center"/>
            </w:pPr>
            <w:r>
              <w:rPr>
                <w:b/>
                <w:color w:val="255837"/>
                <w:sz w:val="16"/>
              </w:rPr>
              <w:t>ROZPOCZĘCIE</w:t>
            </w:r>
            <w:r>
              <w:rPr>
                <w:b/>
                <w:color w:val="255837"/>
                <w:sz w:val="16"/>
              </w:rPr>
              <w:br/>
            </w:r>
            <w:r>
              <w:rPr>
                <w:b/>
              </w:rPr>
              <w:t>godz. 8:00</w:t>
            </w:r>
          </w:p>
        </w:tc>
        <w:tc>
          <w:tcPr>
            <w:tcW w:w="351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EAF2EC"/>
          </w:tcPr>
          <w:p w14:paraId="2B08835C" w14:textId="77777777" w:rsidR="00CC54C3" w:rsidRDefault="00000000">
            <w:pPr>
              <w:spacing w:after="0"/>
              <w:jc w:val="center"/>
            </w:pPr>
            <w:r>
              <w:rPr>
                <w:b/>
                <w:color w:val="255837"/>
                <w:sz w:val="16"/>
              </w:rPr>
              <w:t>MIEJSCE</w:t>
            </w:r>
            <w:r>
              <w:rPr>
                <w:b/>
                <w:color w:val="255837"/>
                <w:sz w:val="16"/>
              </w:rPr>
              <w:br/>
            </w:r>
            <w:r>
              <w:rPr>
                <w:b/>
              </w:rPr>
              <w:t>łowisko w Dobczy</w:t>
            </w:r>
          </w:p>
        </w:tc>
      </w:tr>
    </w:tbl>
    <w:p w14:paraId="35706421" w14:textId="77777777" w:rsidR="00CC54C3" w:rsidRDefault="00000000">
      <w:pPr>
        <w:jc w:val="center"/>
      </w:pPr>
      <w:r>
        <w:t>Prosimy o czytelne wypełnienie formularza. Pola oznaczone jako opcjonalne nie są wymagane do udziału w warsztatach.</w:t>
      </w:r>
    </w:p>
    <w:p w14:paraId="33BE072E" w14:textId="77777777" w:rsidR="00CC54C3" w:rsidRDefault="00000000">
      <w:pPr>
        <w:pStyle w:val="Nagwek1"/>
      </w:pPr>
      <w:r>
        <w:t>1. DANE UCZESTNIKA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7483"/>
      </w:tblGrid>
      <w:tr w:rsidR="00CC54C3" w14:paraId="387FB14E" w14:textId="77777777">
        <w:trPr>
          <w:jc w:val="center"/>
        </w:trPr>
        <w:tc>
          <w:tcPr>
            <w:tcW w:w="2721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F2F2F2"/>
            <w:vAlign w:val="center"/>
          </w:tcPr>
          <w:p w14:paraId="1C262FB4" w14:textId="77777777" w:rsidR="00CC54C3" w:rsidRDefault="00000000">
            <w:pPr>
              <w:spacing w:after="0"/>
            </w:pPr>
            <w:r>
              <w:rPr>
                <w:b/>
                <w:sz w:val="17"/>
              </w:rPr>
              <w:t>Imię i nazwisko</w:t>
            </w:r>
          </w:p>
        </w:tc>
        <w:tc>
          <w:tcPr>
            <w:tcW w:w="748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vAlign w:val="center"/>
          </w:tcPr>
          <w:p w14:paraId="0000C484" w14:textId="77777777" w:rsidR="00CC54C3" w:rsidRDefault="00000000">
            <w:pPr>
              <w:spacing w:after="0"/>
            </w:pPr>
            <w:r>
              <w:t>........................................................................................................................</w:t>
            </w:r>
          </w:p>
        </w:tc>
      </w:tr>
      <w:tr w:rsidR="00CC54C3" w14:paraId="45E85606" w14:textId="77777777">
        <w:trPr>
          <w:jc w:val="center"/>
        </w:trPr>
        <w:tc>
          <w:tcPr>
            <w:tcW w:w="2721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F2F2F2"/>
            <w:vAlign w:val="center"/>
          </w:tcPr>
          <w:p w14:paraId="15C1BD67" w14:textId="77777777" w:rsidR="00CC54C3" w:rsidRDefault="00000000">
            <w:pPr>
              <w:spacing w:after="0"/>
            </w:pPr>
            <w:r>
              <w:rPr>
                <w:b/>
                <w:sz w:val="17"/>
              </w:rPr>
              <w:t>Adres zamieszkania</w:t>
            </w:r>
          </w:p>
        </w:tc>
        <w:tc>
          <w:tcPr>
            <w:tcW w:w="748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vAlign w:val="center"/>
          </w:tcPr>
          <w:p w14:paraId="448BE54B" w14:textId="77777777" w:rsidR="00CC54C3" w:rsidRDefault="00000000">
            <w:pPr>
              <w:spacing w:after="0"/>
            </w:pPr>
            <w:r>
              <w:t>miejscowość: ............................................................   nr domu / lokalu: ........................</w:t>
            </w:r>
          </w:p>
        </w:tc>
      </w:tr>
      <w:tr w:rsidR="00CC54C3" w14:paraId="039C19D3" w14:textId="77777777">
        <w:trPr>
          <w:jc w:val="center"/>
        </w:trPr>
        <w:tc>
          <w:tcPr>
            <w:tcW w:w="2721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F2F2F2"/>
            <w:vAlign w:val="center"/>
          </w:tcPr>
          <w:p w14:paraId="7D38ED9B" w14:textId="77777777" w:rsidR="00CC54C3" w:rsidRDefault="00000000">
            <w:pPr>
              <w:spacing w:after="0"/>
            </w:pPr>
            <w:r>
              <w:rPr>
                <w:b/>
                <w:sz w:val="17"/>
              </w:rPr>
              <w:t>Kod pocztowy</w:t>
            </w:r>
          </w:p>
        </w:tc>
        <w:tc>
          <w:tcPr>
            <w:tcW w:w="748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vAlign w:val="center"/>
          </w:tcPr>
          <w:p w14:paraId="0C0053D0" w14:textId="77777777" w:rsidR="00CC54C3" w:rsidRDefault="00000000">
            <w:pPr>
              <w:spacing w:after="0"/>
            </w:pPr>
            <w:r>
              <w:t>................................................</w:t>
            </w:r>
          </w:p>
        </w:tc>
      </w:tr>
      <w:tr w:rsidR="00CC54C3" w14:paraId="25E1DF54" w14:textId="77777777">
        <w:trPr>
          <w:jc w:val="center"/>
        </w:trPr>
        <w:tc>
          <w:tcPr>
            <w:tcW w:w="2721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F2F2F2"/>
            <w:vAlign w:val="center"/>
          </w:tcPr>
          <w:p w14:paraId="16975D2A" w14:textId="77777777" w:rsidR="00CC54C3" w:rsidRDefault="00000000">
            <w:pPr>
              <w:spacing w:after="0"/>
            </w:pPr>
            <w:r>
              <w:rPr>
                <w:b/>
                <w:sz w:val="17"/>
              </w:rPr>
              <w:t>Telefon kontaktowy</w:t>
            </w:r>
          </w:p>
        </w:tc>
        <w:tc>
          <w:tcPr>
            <w:tcW w:w="748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vAlign w:val="center"/>
          </w:tcPr>
          <w:p w14:paraId="47DDDFDC" w14:textId="77777777" w:rsidR="00CC54C3" w:rsidRDefault="00000000">
            <w:pPr>
              <w:spacing w:after="0"/>
            </w:pPr>
            <w:r>
              <w:t>................................................</w:t>
            </w:r>
          </w:p>
        </w:tc>
      </w:tr>
      <w:tr w:rsidR="00CC54C3" w14:paraId="538FE7FF" w14:textId="77777777">
        <w:trPr>
          <w:jc w:val="center"/>
        </w:trPr>
        <w:tc>
          <w:tcPr>
            <w:tcW w:w="2721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F2F2F2"/>
            <w:vAlign w:val="center"/>
          </w:tcPr>
          <w:p w14:paraId="65415C46" w14:textId="77777777" w:rsidR="00CC54C3" w:rsidRDefault="00000000">
            <w:pPr>
              <w:spacing w:after="0"/>
            </w:pPr>
            <w:r>
              <w:rPr>
                <w:b/>
                <w:sz w:val="17"/>
              </w:rPr>
              <w:t>Adres e-mail, opcjonalnie</w:t>
            </w:r>
          </w:p>
        </w:tc>
        <w:tc>
          <w:tcPr>
            <w:tcW w:w="748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vAlign w:val="center"/>
          </w:tcPr>
          <w:p w14:paraId="177DE391" w14:textId="77777777" w:rsidR="00CC54C3" w:rsidRDefault="00000000">
            <w:pPr>
              <w:spacing w:after="0"/>
            </w:pPr>
            <w:r>
              <w:t>........................................................................................................................</w:t>
            </w:r>
          </w:p>
        </w:tc>
      </w:tr>
    </w:tbl>
    <w:p w14:paraId="52C415ED" w14:textId="77777777" w:rsidR="00CC54C3" w:rsidRDefault="00000000">
      <w:pPr>
        <w:spacing w:after="20"/>
      </w:pPr>
      <w:r>
        <w:rPr>
          <w:b/>
        </w:rPr>
        <w:t xml:space="preserve">Status uczestnika:  </w:t>
      </w:r>
      <w:r>
        <w:t>☐ osoba pełnoletnia     ☐ osoba niepełnoletnia</w:t>
      </w:r>
    </w:p>
    <w:p w14:paraId="4789FB57" w14:textId="77777777" w:rsidR="00CC54C3" w:rsidRDefault="00000000">
      <w:pPr>
        <w:spacing w:after="20"/>
      </w:pPr>
      <w:r>
        <w:rPr>
          <w:b/>
        </w:rPr>
        <w:t xml:space="preserve">W przypadku osoby niepełnoletniej, data urodzenia:  </w:t>
      </w:r>
      <w:r>
        <w:t>................................................</w:t>
      </w:r>
    </w:p>
    <w:p w14:paraId="137C1512" w14:textId="77777777" w:rsidR="00CC54C3" w:rsidRDefault="00000000">
      <w:pPr>
        <w:spacing w:after="20"/>
      </w:pPr>
      <w:r>
        <w:rPr>
          <w:b/>
        </w:rPr>
        <w:t xml:space="preserve">Miejsce zamieszkania:  </w:t>
      </w:r>
      <w:r>
        <w:t>☐ Gmina Adamówka     ☐ poza Gminą Adamówka</w:t>
      </w:r>
    </w:p>
    <w:p w14:paraId="1A410C90" w14:textId="77777777" w:rsidR="00CC54C3" w:rsidRDefault="00000000">
      <w:pPr>
        <w:pStyle w:val="Nagwek1"/>
      </w:pPr>
      <w:r>
        <w:t>2. KONTAKT W SYTUACJI NAGŁEJ</w:t>
      </w:r>
    </w:p>
    <w:p w14:paraId="4C8BAC8E" w14:textId="77777777" w:rsidR="00CC54C3" w:rsidRDefault="00000000">
      <w:r>
        <w:rPr>
          <w:i/>
        </w:rPr>
        <w:t>Dane opcjonalne dla osoby pełnoletniej. W przypadku uczestnika niepełnoletniego należy wpisać rodzica lub opiekuna prawnego.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7483"/>
      </w:tblGrid>
      <w:tr w:rsidR="00CC54C3" w14:paraId="663BE644" w14:textId="77777777">
        <w:trPr>
          <w:jc w:val="center"/>
        </w:trPr>
        <w:tc>
          <w:tcPr>
            <w:tcW w:w="2721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F2F2F2"/>
            <w:vAlign w:val="center"/>
          </w:tcPr>
          <w:p w14:paraId="25679EED" w14:textId="77777777" w:rsidR="00CC54C3" w:rsidRDefault="00000000">
            <w:pPr>
              <w:spacing w:after="0"/>
            </w:pPr>
            <w:r>
              <w:rPr>
                <w:b/>
                <w:sz w:val="17"/>
              </w:rPr>
              <w:t>Imię i nazwisko</w:t>
            </w:r>
          </w:p>
        </w:tc>
        <w:tc>
          <w:tcPr>
            <w:tcW w:w="748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vAlign w:val="center"/>
          </w:tcPr>
          <w:p w14:paraId="1348ADB0" w14:textId="77777777" w:rsidR="00CC54C3" w:rsidRDefault="00000000">
            <w:pPr>
              <w:spacing w:after="0"/>
            </w:pPr>
            <w:r>
              <w:t>........................................................................................................................</w:t>
            </w:r>
          </w:p>
        </w:tc>
      </w:tr>
      <w:tr w:rsidR="00CC54C3" w14:paraId="6AF7F90B" w14:textId="77777777">
        <w:trPr>
          <w:jc w:val="center"/>
        </w:trPr>
        <w:tc>
          <w:tcPr>
            <w:tcW w:w="2721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F2F2F2"/>
            <w:vAlign w:val="center"/>
          </w:tcPr>
          <w:p w14:paraId="22FDBAC9" w14:textId="77777777" w:rsidR="00CC54C3" w:rsidRDefault="00000000">
            <w:pPr>
              <w:spacing w:after="0"/>
            </w:pPr>
            <w:r>
              <w:rPr>
                <w:b/>
                <w:sz w:val="17"/>
              </w:rPr>
              <w:t>Telefon</w:t>
            </w:r>
          </w:p>
        </w:tc>
        <w:tc>
          <w:tcPr>
            <w:tcW w:w="748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vAlign w:val="center"/>
          </w:tcPr>
          <w:p w14:paraId="7AF38310" w14:textId="77777777" w:rsidR="00CC54C3" w:rsidRDefault="00000000">
            <w:pPr>
              <w:spacing w:after="0"/>
            </w:pPr>
            <w:r>
              <w:t>................................................</w:t>
            </w:r>
          </w:p>
        </w:tc>
      </w:tr>
    </w:tbl>
    <w:p w14:paraId="4619FB21" w14:textId="6DDBE477" w:rsidR="00CC54C3" w:rsidRDefault="00000000">
      <w:pPr>
        <w:spacing w:after="40"/>
      </w:pPr>
      <w:r>
        <w:t xml:space="preserve">☐ Jeżeli podaję dane innej osoby, potwierdzam, że poinformowałem </w:t>
      </w:r>
      <w:proofErr w:type="spellStart"/>
      <w:r>
        <w:t>ją</w:t>
      </w:r>
      <w:proofErr w:type="spellEnd"/>
      <w:r>
        <w:t xml:space="preserve"> o </w:t>
      </w:r>
      <w:proofErr w:type="spellStart"/>
      <w:r>
        <w:t>przekazaniu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organizatorowi</w:t>
      </w:r>
      <w:proofErr w:type="spellEnd"/>
      <w:r>
        <w:t xml:space="preserve"> </w:t>
      </w:r>
      <w:proofErr w:type="spellStart"/>
      <w:r>
        <w:t>wydarzenia</w:t>
      </w:r>
      <w:proofErr w:type="spellEnd"/>
      <w:r>
        <w:t>.</w:t>
      </w:r>
      <w:r w:rsidR="00BE2807">
        <w:br/>
      </w:r>
    </w:p>
    <w:p w14:paraId="6DC3FCA0" w14:textId="77777777" w:rsidR="00CC54C3" w:rsidRDefault="00000000">
      <w:pPr>
        <w:pStyle w:val="Nagwek1"/>
      </w:pPr>
      <w:r>
        <w:t>3. ZASADY ODPŁATNOŚCI</w:t>
      </w:r>
    </w:p>
    <w:p w14:paraId="12BF6596" w14:textId="77777777" w:rsidR="00CC54C3" w:rsidRDefault="00000000">
      <w:pPr>
        <w:spacing w:after="20"/>
      </w:pPr>
      <w:r>
        <w:rPr>
          <w:b/>
        </w:rPr>
        <w:t>Pełny koszt udziału wynosi 85 zł od osoby.</w:t>
      </w:r>
      <w:r>
        <w:t xml:space="preserve"> Mieszkańcy Gminy Adamówka pokrywają 50% kosztu, tj. 42,50 zł. Pozostałe 50% finansowane jest ze środków Gminnej Komisji Rozwiązywania Problemów Alkoholowych w Adamówce. Osoby spoza Gminy Adamówka pokrywają pełny koszt udziału, tj. 85 zł, w miarę dostępności miejsc.</w:t>
      </w:r>
    </w:p>
    <w:p w14:paraId="53A8EEDA" w14:textId="77777777" w:rsidR="00CC54C3" w:rsidRDefault="00000000">
      <w:pPr>
        <w:spacing w:after="40"/>
      </w:pPr>
      <w:r>
        <w:rPr>
          <w:sz w:val="21"/>
        </w:rPr>
        <w:t xml:space="preserve">☐ </w:t>
      </w:r>
      <w:r>
        <w:t>Oświadczam, że wskazany przeze mnie adres zamieszkania jest zgodny ze stanem faktycznym.</w:t>
      </w:r>
    </w:p>
    <w:p w14:paraId="12E0065A" w14:textId="77777777" w:rsidR="00CC54C3" w:rsidRDefault="00000000">
      <w:pPr>
        <w:spacing w:after="40"/>
      </w:pPr>
      <w:r>
        <w:rPr>
          <w:sz w:val="21"/>
        </w:rPr>
        <w:t xml:space="preserve">☐ </w:t>
      </w:r>
      <w:r>
        <w:t>Przyjmuję do wiadomości zasady odpłatności właściwe dla mojego miejsca zamieszkania.</w:t>
      </w:r>
    </w:p>
    <w:p w14:paraId="3760666A" w14:textId="27D89F78" w:rsidR="00CC54C3" w:rsidRDefault="00000000">
      <w:pPr>
        <w:spacing w:after="40"/>
      </w:pPr>
      <w:r>
        <w:rPr>
          <w:sz w:val="21"/>
        </w:rPr>
        <w:t xml:space="preserve">☐ </w:t>
      </w:r>
      <w:r>
        <w:t xml:space="preserve">Przyjmuję do wiadomości,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pierwszeństwo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mieszkańcom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Adamówka.</w:t>
      </w:r>
      <w:r w:rsidR="00BE2807">
        <w:br/>
      </w:r>
    </w:p>
    <w:p w14:paraId="0845C16F" w14:textId="77777777" w:rsidR="00CC54C3" w:rsidRDefault="00000000">
      <w:pPr>
        <w:pStyle w:val="Nagwek1"/>
      </w:pPr>
      <w:r>
        <w:t>4. OŚWIADCZENIA UCZESTNIKA</w:t>
      </w:r>
    </w:p>
    <w:p w14:paraId="771A7964" w14:textId="77777777" w:rsidR="00CC54C3" w:rsidRDefault="00000000">
      <w:pPr>
        <w:spacing w:after="40"/>
      </w:pPr>
      <w:r>
        <w:rPr>
          <w:sz w:val="21"/>
        </w:rPr>
        <w:t xml:space="preserve">☐ </w:t>
      </w:r>
      <w:r>
        <w:t>Zapoznałem się z informacjami dotyczącymi wydarzenia i zobowiązuję się przestrzegać zasad bezpieczeństwa oraz poleceń prowadzących i organizatorów.</w:t>
      </w:r>
    </w:p>
    <w:p w14:paraId="4DAFE8C3" w14:textId="77777777" w:rsidR="00CC54C3" w:rsidRDefault="00000000">
      <w:pPr>
        <w:spacing w:after="40"/>
      </w:pPr>
      <w:r>
        <w:rPr>
          <w:sz w:val="21"/>
        </w:rPr>
        <w:t xml:space="preserve">☐ </w:t>
      </w:r>
      <w:r>
        <w:t>Wyrażam zgodę na kontakt telefoniczny oraz, jeżeli podałem adres e-mail, kontakt mailowy w sprawach organizacyjnych dotyczących wydarzenia.</w:t>
      </w:r>
    </w:p>
    <w:p w14:paraId="70816F5B" w14:textId="3AE492AE" w:rsidR="00CC54C3" w:rsidRDefault="00000000">
      <w:pPr>
        <w:spacing w:after="40"/>
      </w:pPr>
      <w:r>
        <w:rPr>
          <w:sz w:val="21"/>
        </w:rPr>
        <w:t xml:space="preserve">☐ </w:t>
      </w:r>
      <w:r>
        <w:t xml:space="preserve">Potwierdzam, że podane </w:t>
      </w:r>
      <w:proofErr w:type="spellStart"/>
      <w:r>
        <w:t>przeze</w:t>
      </w:r>
      <w:proofErr w:type="spellEnd"/>
      <w:r>
        <w:t xml:space="preserve"> </w:t>
      </w:r>
      <w:proofErr w:type="spellStart"/>
      <w:r>
        <w:t>mnie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prawdziwe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aktualne</w:t>
      </w:r>
      <w:proofErr w:type="spellEnd"/>
      <w:r>
        <w:t>.</w:t>
      </w:r>
      <w:r w:rsidR="00BE2807">
        <w:br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CC54C3" w14:paraId="0B4228B5" w14:textId="77777777">
        <w:trPr>
          <w:jc w:val="center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3099F331" w14:textId="77777777" w:rsidR="00CC54C3" w:rsidRDefault="00000000">
            <w:pPr>
              <w:jc w:val="center"/>
            </w:pPr>
            <w:r>
              <w:rPr>
                <w:sz w:val="17"/>
              </w:rPr>
              <w:t>Data i miejscowość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........................................................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1D135F77" w14:textId="77777777" w:rsidR="00CC54C3" w:rsidRDefault="00000000">
            <w:pPr>
              <w:jc w:val="center"/>
            </w:pPr>
            <w:r>
              <w:rPr>
                <w:sz w:val="17"/>
              </w:rPr>
              <w:t>Czytelny podpis uczestnika pełnoletniego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........................................................</w:t>
            </w:r>
          </w:p>
        </w:tc>
      </w:tr>
    </w:tbl>
    <w:p w14:paraId="04205E61" w14:textId="77777777" w:rsidR="00CC54C3" w:rsidRDefault="00000000">
      <w:r>
        <w:br w:type="page"/>
      </w:r>
    </w:p>
    <w:p w14:paraId="68D172AC" w14:textId="71ED0DB9" w:rsidR="00CC54C3" w:rsidRDefault="00884427">
      <w:pPr>
        <w:pStyle w:val="Tytu"/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EACD563" wp14:editId="0C1C7002">
            <wp:simplePos x="0" y="0"/>
            <wp:positionH relativeFrom="margin">
              <wp:align>left</wp:align>
            </wp:positionH>
            <wp:positionV relativeFrom="paragraph">
              <wp:posOffset>-177800</wp:posOffset>
            </wp:positionV>
            <wp:extent cx="498516" cy="495300"/>
            <wp:effectExtent l="0" t="0" r="0" b="0"/>
            <wp:wrapNone/>
            <wp:docPr id="125476246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40993" name="Obraz 1700409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071" cy="498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</w:t>
      </w:r>
      <w:r w:rsidR="00000000">
        <w:t>ZGODY I INFORMACJA O PRZETWARZANIU DANYCH</w:t>
      </w:r>
    </w:p>
    <w:p w14:paraId="46291C9B" w14:textId="77777777" w:rsidR="00CC54C3" w:rsidRDefault="00000000">
      <w:pPr>
        <w:pStyle w:val="Nagwek1"/>
      </w:pPr>
      <w:r>
        <w:t>5. ZGODA RODZICA LUB OPIEKUNA PRAWNEGO</w:t>
      </w:r>
    </w:p>
    <w:p w14:paraId="323B4445" w14:textId="77777777" w:rsidR="00CC54C3" w:rsidRDefault="00000000">
      <w:r>
        <w:rPr>
          <w:i/>
        </w:rPr>
        <w:t>Sekcję wypełnia się wyłącznie w przypadku zgłoszenia osoby niepełnoletniej.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7483"/>
      </w:tblGrid>
      <w:tr w:rsidR="00CC54C3" w14:paraId="782A677E" w14:textId="77777777">
        <w:trPr>
          <w:jc w:val="center"/>
        </w:trPr>
        <w:tc>
          <w:tcPr>
            <w:tcW w:w="2721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F2F2F2"/>
            <w:vAlign w:val="center"/>
          </w:tcPr>
          <w:p w14:paraId="26B6DC5E" w14:textId="77777777" w:rsidR="00CC54C3" w:rsidRDefault="00000000">
            <w:pPr>
              <w:spacing w:after="0"/>
            </w:pPr>
            <w:r>
              <w:rPr>
                <w:b/>
                <w:sz w:val="17"/>
              </w:rPr>
              <w:t>Imię i nazwisko rodzica / opiekuna</w:t>
            </w:r>
          </w:p>
        </w:tc>
        <w:tc>
          <w:tcPr>
            <w:tcW w:w="748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vAlign w:val="center"/>
          </w:tcPr>
          <w:p w14:paraId="5030B8B2" w14:textId="77777777" w:rsidR="00CC54C3" w:rsidRDefault="00000000">
            <w:pPr>
              <w:spacing w:after="0"/>
            </w:pPr>
            <w:r>
              <w:t>........................................................................................................................</w:t>
            </w:r>
          </w:p>
        </w:tc>
      </w:tr>
      <w:tr w:rsidR="00CC54C3" w14:paraId="44F43431" w14:textId="77777777">
        <w:trPr>
          <w:jc w:val="center"/>
        </w:trPr>
        <w:tc>
          <w:tcPr>
            <w:tcW w:w="2721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F2F2F2"/>
            <w:vAlign w:val="center"/>
          </w:tcPr>
          <w:p w14:paraId="0DD13D05" w14:textId="77777777" w:rsidR="00CC54C3" w:rsidRDefault="00000000">
            <w:pPr>
              <w:spacing w:after="0"/>
            </w:pPr>
            <w:r>
              <w:rPr>
                <w:b/>
                <w:sz w:val="17"/>
              </w:rPr>
              <w:t>Telefon kontaktowy</w:t>
            </w:r>
          </w:p>
        </w:tc>
        <w:tc>
          <w:tcPr>
            <w:tcW w:w="748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vAlign w:val="center"/>
          </w:tcPr>
          <w:p w14:paraId="2F1EA031" w14:textId="77777777" w:rsidR="00CC54C3" w:rsidRDefault="00000000">
            <w:pPr>
              <w:spacing w:after="0"/>
            </w:pPr>
            <w:r>
              <w:t>................................................</w:t>
            </w:r>
          </w:p>
        </w:tc>
      </w:tr>
      <w:tr w:rsidR="00CC54C3" w14:paraId="78BFD41D" w14:textId="77777777">
        <w:trPr>
          <w:jc w:val="center"/>
        </w:trPr>
        <w:tc>
          <w:tcPr>
            <w:tcW w:w="2721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shd w:val="clear" w:color="auto" w:fill="F2F2F2"/>
            <w:vAlign w:val="center"/>
          </w:tcPr>
          <w:p w14:paraId="67832513" w14:textId="77777777" w:rsidR="00CC54C3" w:rsidRDefault="00000000">
            <w:pPr>
              <w:spacing w:after="0"/>
            </w:pPr>
            <w:r>
              <w:rPr>
                <w:b/>
                <w:sz w:val="17"/>
              </w:rPr>
              <w:t>Adres e-mail, opcjonalnie</w:t>
            </w:r>
          </w:p>
        </w:tc>
        <w:tc>
          <w:tcPr>
            <w:tcW w:w="7483" w:type="dxa"/>
            <w:tcBorders>
              <w:top w:val="single" w:sz="4" w:space="0" w:color="B8C6BC"/>
              <w:left w:val="single" w:sz="4" w:space="0" w:color="B8C6BC"/>
              <w:bottom w:val="single" w:sz="4" w:space="0" w:color="B8C6BC"/>
              <w:right w:val="single" w:sz="4" w:space="0" w:color="B8C6BC"/>
            </w:tcBorders>
            <w:vAlign w:val="center"/>
          </w:tcPr>
          <w:p w14:paraId="2D322B9C" w14:textId="77777777" w:rsidR="00CC54C3" w:rsidRDefault="00000000">
            <w:pPr>
              <w:spacing w:after="0"/>
            </w:pPr>
            <w:r>
              <w:t>........................................................................................................................</w:t>
            </w:r>
          </w:p>
        </w:tc>
      </w:tr>
    </w:tbl>
    <w:p w14:paraId="72395192" w14:textId="77777777" w:rsidR="00CC54C3" w:rsidRDefault="00000000">
      <w:pPr>
        <w:spacing w:after="40"/>
      </w:pPr>
      <w:r>
        <w:rPr>
          <w:sz w:val="21"/>
        </w:rPr>
        <w:t xml:space="preserve">☐ </w:t>
      </w:r>
      <w:r>
        <w:t>Wyrażam zgodę na udział wskazanej w formularzu osoby niepełnoletniej w Edukacyjnych Warsztatach Wędkarskich na łowisku w Dobczy w dniu 26 września 2026 r.</w:t>
      </w:r>
    </w:p>
    <w:p w14:paraId="1BFB43C1" w14:textId="77777777" w:rsidR="00CC54C3" w:rsidRDefault="00000000">
      <w:pPr>
        <w:spacing w:after="40"/>
      </w:pPr>
      <w:r>
        <w:rPr>
          <w:sz w:val="21"/>
        </w:rPr>
        <w:t xml:space="preserve">☐ </w:t>
      </w:r>
      <w:r>
        <w:t>Potwierdzam, że zapoznałem się z zasadami udziału, odpłatności oraz bezpieczeństwa podczas wydarzenia.</w:t>
      </w:r>
    </w:p>
    <w:p w14:paraId="11630461" w14:textId="77777777" w:rsidR="00CC54C3" w:rsidRDefault="00000000">
      <w:pPr>
        <w:spacing w:after="40"/>
      </w:pPr>
      <w:r>
        <w:rPr>
          <w:sz w:val="21"/>
        </w:rPr>
        <w:t xml:space="preserve">☐ </w:t>
      </w:r>
      <w:r>
        <w:t xml:space="preserve">Wyrażam zgodę na kontakt telefoniczny oraz, jeżeli podałem adres e-mail, kontakt mailowy 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organizacyjnych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niepełnoletniej</w:t>
      </w:r>
      <w:proofErr w:type="spellEnd"/>
      <w:r>
        <w:t>.</w:t>
      </w:r>
    </w:p>
    <w:p w14:paraId="2153A23B" w14:textId="77777777" w:rsidR="00BE2807" w:rsidRDefault="00BE2807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CC54C3" w14:paraId="2F10A9DC" w14:textId="77777777">
        <w:trPr>
          <w:jc w:val="center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1EABB8BC" w14:textId="77777777" w:rsidR="00CC54C3" w:rsidRDefault="00000000">
            <w:pPr>
              <w:jc w:val="center"/>
            </w:pPr>
            <w:r>
              <w:rPr>
                <w:sz w:val="17"/>
              </w:rPr>
              <w:t>Data i miejscowość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........................................................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3CDAC051" w14:textId="474BE016" w:rsidR="00CC54C3" w:rsidRDefault="00000000">
            <w:pPr>
              <w:jc w:val="center"/>
            </w:pPr>
            <w:r>
              <w:rPr>
                <w:sz w:val="17"/>
              </w:rPr>
              <w:t>Czytelny podpis rodzica / opiekuna prawnego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........................................................</w:t>
            </w:r>
            <w:r w:rsidR="00BE2807">
              <w:rPr>
                <w:sz w:val="17"/>
              </w:rPr>
              <w:br/>
            </w:r>
          </w:p>
        </w:tc>
      </w:tr>
    </w:tbl>
    <w:p w14:paraId="49782B68" w14:textId="4636AF01" w:rsidR="00BE2807" w:rsidRPr="00BE2807" w:rsidRDefault="00BE2807" w:rsidP="00BE2807">
      <w:pPr>
        <w:spacing w:after="40"/>
        <w:rPr>
          <w:rFonts w:asciiTheme="majorHAnsi" w:eastAsiaTheme="majorEastAsia" w:hAnsiTheme="majorHAnsi" w:cstheme="majorBidi"/>
          <w:color w:val="000000" w:themeColor="text1"/>
          <w:szCs w:val="18"/>
          <w:lang w:val="pl-PL"/>
        </w:rPr>
      </w:pPr>
      <w:r w:rsidRPr="00BE2807">
        <w:rPr>
          <w:b/>
          <w:bCs/>
          <w:color w:val="4F6228" w:themeColor="accent3" w:themeShade="80"/>
        </w:rPr>
        <w:t xml:space="preserve">6. </w:t>
      </w:r>
      <w:r w:rsidRPr="00BE2807">
        <w:rPr>
          <w:rFonts w:asciiTheme="majorHAnsi" w:eastAsiaTheme="majorEastAsia" w:hAnsiTheme="majorHAnsi" w:cstheme="majorBidi"/>
          <w:b/>
          <w:bCs/>
          <w:color w:val="255837"/>
          <w:sz w:val="23"/>
          <w:szCs w:val="28"/>
          <w:lang w:val="pl-PL"/>
        </w:rPr>
        <w:t>NFORMACJA O DOKUMENTOWANIU WYDARZENIA</w:t>
      </w:r>
      <w:r w:rsidRPr="00BE2807">
        <w:rPr>
          <w:rFonts w:asciiTheme="majorHAnsi" w:eastAsiaTheme="majorEastAsia" w:hAnsiTheme="majorHAnsi" w:cstheme="majorBidi"/>
          <w:b/>
          <w:bCs/>
          <w:color w:val="255837"/>
          <w:sz w:val="23"/>
          <w:szCs w:val="28"/>
          <w:lang w:val="pl-PL"/>
        </w:rPr>
        <w:br/>
      </w:r>
      <w:r w:rsidRPr="00BE2807">
        <w:rPr>
          <w:rFonts w:asciiTheme="majorHAnsi" w:eastAsiaTheme="majorEastAsia" w:hAnsiTheme="majorHAnsi" w:cstheme="majorBidi"/>
          <w:color w:val="000000" w:themeColor="text1"/>
          <w:szCs w:val="18"/>
          <w:lang w:val="pl-PL"/>
        </w:rPr>
        <w:t xml:space="preserve">Przyjmuję do wiadomości, że podczas Edukacyjnych Warsztatów Wędkarskich wykonywana będzie dokumentacja fotograficzna i filmowa związana z przebiegiem wydarzenia. Materiały mogą być wykorzystywane do dokumentowania oraz informowania o realizacji wydarzenia </w:t>
      </w:r>
      <w:r>
        <w:rPr>
          <w:rFonts w:asciiTheme="majorHAnsi" w:eastAsiaTheme="majorEastAsia" w:hAnsiTheme="majorHAnsi" w:cstheme="majorBidi"/>
          <w:color w:val="000000" w:themeColor="text1"/>
          <w:szCs w:val="18"/>
          <w:lang w:val="pl-PL"/>
        </w:rPr>
        <w:br/>
      </w:r>
      <w:r w:rsidRPr="00BE2807">
        <w:rPr>
          <w:rFonts w:asciiTheme="majorHAnsi" w:eastAsiaTheme="majorEastAsia" w:hAnsiTheme="majorHAnsi" w:cstheme="majorBidi"/>
          <w:color w:val="000000" w:themeColor="text1"/>
          <w:szCs w:val="18"/>
          <w:lang w:val="pl-PL"/>
        </w:rPr>
        <w:t>w kanałach informacyjnych Gminy Adamówka</w:t>
      </w:r>
      <w:r>
        <w:rPr>
          <w:rFonts w:asciiTheme="majorHAnsi" w:eastAsiaTheme="majorEastAsia" w:hAnsiTheme="majorHAnsi" w:cstheme="majorBidi"/>
          <w:color w:val="000000" w:themeColor="text1"/>
          <w:szCs w:val="18"/>
          <w:lang w:val="pl-PL"/>
        </w:rPr>
        <w:t>, Pan Ryba</w:t>
      </w:r>
    </w:p>
    <w:p w14:paraId="2226131E" w14:textId="77777777" w:rsidR="00BE2807" w:rsidRPr="00BE2807" w:rsidRDefault="00BE2807" w:rsidP="00BE2807">
      <w:pPr>
        <w:spacing w:after="40"/>
        <w:rPr>
          <w:rFonts w:asciiTheme="majorHAnsi" w:eastAsiaTheme="majorEastAsia" w:hAnsiTheme="majorHAnsi" w:cstheme="majorBidi"/>
          <w:color w:val="000000" w:themeColor="text1"/>
          <w:szCs w:val="18"/>
          <w:lang w:val="pl-PL"/>
        </w:rPr>
      </w:pPr>
      <w:r w:rsidRPr="00BE2807">
        <w:rPr>
          <w:rFonts w:asciiTheme="majorHAnsi" w:eastAsiaTheme="majorEastAsia" w:hAnsiTheme="majorHAnsi" w:cstheme="majorBidi"/>
          <w:color w:val="000000" w:themeColor="text1"/>
          <w:szCs w:val="18"/>
          <w:lang w:val="pl-PL"/>
        </w:rPr>
        <w:t>W przypadku materiałów przedstawiających wydarzenie jako całość, w których wizerunek uczestnika stanowi jedynie szczegół zgromadzenia, krajobrazu lub wydarzenia, zastosowanie mogą mieć przepisy art. 81 ust. 2 pkt 2 ustawy o prawie autorskim i prawach pokrewnych.</w:t>
      </w:r>
    </w:p>
    <w:p w14:paraId="29B833AD" w14:textId="34654293" w:rsidR="00BE2807" w:rsidRPr="00BE2807" w:rsidRDefault="00BE2807" w:rsidP="00BE2807">
      <w:pPr>
        <w:spacing w:after="40"/>
        <w:rPr>
          <w:rFonts w:asciiTheme="majorHAnsi" w:eastAsiaTheme="majorEastAsia" w:hAnsiTheme="majorHAnsi" w:cstheme="majorBidi"/>
          <w:color w:val="000000" w:themeColor="text1"/>
          <w:szCs w:val="18"/>
          <w:lang w:val="pl-PL"/>
        </w:rPr>
      </w:pPr>
      <w:r w:rsidRPr="00BE2807">
        <w:rPr>
          <w:rFonts w:asciiTheme="majorHAnsi" w:eastAsiaTheme="majorEastAsia" w:hAnsiTheme="majorHAnsi" w:cstheme="majorBidi"/>
          <w:color w:val="000000" w:themeColor="text1"/>
          <w:szCs w:val="18"/>
          <w:lang w:val="pl-PL"/>
        </w:rPr>
        <w:t>Przyjmuję powyższą informację do wiadomości.</w:t>
      </w:r>
      <w:r>
        <w:rPr>
          <w:rFonts w:asciiTheme="majorHAnsi" w:eastAsiaTheme="majorEastAsia" w:hAnsiTheme="majorHAnsi" w:cstheme="majorBidi"/>
          <w:color w:val="000000" w:themeColor="text1"/>
          <w:szCs w:val="18"/>
          <w:lang w:val="pl-PL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CC54C3" w14:paraId="09EAAE8E" w14:textId="77777777">
        <w:trPr>
          <w:jc w:val="center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5C925BE1" w14:textId="77777777" w:rsidR="00CC54C3" w:rsidRDefault="00000000">
            <w:pPr>
              <w:jc w:val="center"/>
            </w:pPr>
            <w:r>
              <w:rPr>
                <w:sz w:val="17"/>
              </w:rPr>
              <w:t xml:space="preserve">Data </w:t>
            </w:r>
            <w:proofErr w:type="spellStart"/>
            <w:r>
              <w:rPr>
                <w:sz w:val="17"/>
              </w:rPr>
              <w:t>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miejscowość</w:t>
            </w:r>
            <w:proofErr w:type="spellEnd"/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........................................................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75DBBCE6" w14:textId="77777777" w:rsidR="00CC54C3" w:rsidRDefault="00000000">
            <w:pPr>
              <w:jc w:val="center"/>
            </w:pPr>
            <w:r>
              <w:rPr>
                <w:sz w:val="17"/>
              </w:rPr>
              <w:t>Czytelny podpis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........................................................</w:t>
            </w:r>
          </w:p>
        </w:tc>
      </w:tr>
    </w:tbl>
    <w:p w14:paraId="0B373FC0" w14:textId="77777777" w:rsidR="00CC54C3" w:rsidRDefault="00000000">
      <w:pPr>
        <w:pStyle w:val="Nagwek1"/>
      </w:pPr>
      <w:r>
        <w:t>7. KLAUZULA INFORMACYJNA RODO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CC54C3" w:rsidRPr="00BE2807" w14:paraId="633318A7" w14:textId="77777777">
        <w:trPr>
          <w:jc w:val="center"/>
        </w:trPr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  <w:shd w:val="clear" w:color="auto" w:fill="EAF2EC"/>
          </w:tcPr>
          <w:p w14:paraId="61956B22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b/>
                <w:color w:val="255837"/>
                <w:sz w:val="14"/>
                <w:szCs w:val="14"/>
              </w:rPr>
              <w:t>Administrator danych</w:t>
            </w:r>
          </w:p>
        </w:tc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</w:tcPr>
          <w:p w14:paraId="3C3BF502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sz w:val="14"/>
                <w:szCs w:val="14"/>
              </w:rPr>
              <w:t>Administratorem danych osobowych jest Gmina Adamówka z siedzibą: Adamówka 97, 37-534 Adamówka, reprezentowana przez Wójta Gminy Adamówka.</w:t>
            </w:r>
          </w:p>
        </w:tc>
      </w:tr>
      <w:tr w:rsidR="00CC54C3" w:rsidRPr="00BE2807" w14:paraId="1546F116" w14:textId="77777777">
        <w:trPr>
          <w:jc w:val="center"/>
        </w:trPr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  <w:shd w:val="clear" w:color="auto" w:fill="F2F2F2"/>
          </w:tcPr>
          <w:p w14:paraId="3A45B116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b/>
                <w:color w:val="255837"/>
                <w:sz w:val="14"/>
                <w:szCs w:val="14"/>
              </w:rPr>
              <w:t>Kontakt z Inspektorem Ochrony Danych</w:t>
            </w:r>
          </w:p>
        </w:tc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</w:tcPr>
          <w:p w14:paraId="1EA75A7B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sz w:val="14"/>
                <w:szCs w:val="14"/>
              </w:rPr>
              <w:t>Kontakt z Inspektorem Ochrony Danych jest możliwy pod adresem e-mail: iod@adamowka.pl lub pisemnie na adres Administratora.</w:t>
            </w:r>
          </w:p>
        </w:tc>
      </w:tr>
      <w:tr w:rsidR="00CC54C3" w:rsidRPr="00BE2807" w14:paraId="592B56AB" w14:textId="77777777">
        <w:trPr>
          <w:jc w:val="center"/>
        </w:trPr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  <w:shd w:val="clear" w:color="auto" w:fill="EAF2EC"/>
          </w:tcPr>
          <w:p w14:paraId="5D9B88A5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b/>
                <w:color w:val="255837"/>
                <w:sz w:val="14"/>
                <w:szCs w:val="14"/>
              </w:rPr>
              <w:t>Cele przetwarzania</w:t>
            </w:r>
          </w:p>
        </w:tc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</w:tcPr>
          <w:p w14:paraId="32D60FDD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sz w:val="14"/>
                <w:szCs w:val="14"/>
              </w:rPr>
              <w:t>Dane osobowe będą przetwarzane w celu przyjęcia zgłoszenia, organizacji i przeprowadzenia wydarzenia, kontaktu organizacyjnego, weryfikacji uprawnienia do częściowego finansowania kosztu udziału dla mieszkańców Gminy Adamówka, rozliczenia wydarzenia, prowadzenia wymaganej dokumentacji oraz ewentualnego ustalenia, dochodzenia lub obrony roszczeń.</w:t>
            </w:r>
          </w:p>
        </w:tc>
      </w:tr>
      <w:tr w:rsidR="00CC54C3" w:rsidRPr="00BE2807" w14:paraId="46B5CBDF" w14:textId="77777777">
        <w:trPr>
          <w:jc w:val="center"/>
        </w:trPr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  <w:shd w:val="clear" w:color="auto" w:fill="F2F2F2"/>
          </w:tcPr>
          <w:p w14:paraId="6EA8BF9A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b/>
                <w:color w:val="255837"/>
                <w:sz w:val="14"/>
                <w:szCs w:val="14"/>
              </w:rPr>
              <w:t>Podstawa przetwarzania</w:t>
            </w:r>
          </w:p>
        </w:tc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</w:tcPr>
          <w:p w14:paraId="5ACB5CD9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sz w:val="14"/>
                <w:szCs w:val="14"/>
              </w:rPr>
              <w:t>Dane niezbędne do organizacji i rozliczenia wydarzenia są przetwarzane w związku z wykonywaniem zadań realizowanych w interesie publicznym oraz obowiązków prawnych ciążących na Administratorze. Wizerunek jest przetwarzany wyłącznie na podstawie dobrowolnej zgody osoby uprawnionej.</w:t>
            </w:r>
          </w:p>
        </w:tc>
      </w:tr>
      <w:tr w:rsidR="00CC54C3" w:rsidRPr="00BE2807" w14:paraId="0E999435" w14:textId="77777777">
        <w:trPr>
          <w:jc w:val="center"/>
        </w:trPr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  <w:shd w:val="clear" w:color="auto" w:fill="EAF2EC"/>
          </w:tcPr>
          <w:p w14:paraId="475AF816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b/>
                <w:color w:val="255837"/>
                <w:sz w:val="14"/>
                <w:szCs w:val="14"/>
              </w:rPr>
              <w:t>Okres przechowywania</w:t>
            </w:r>
          </w:p>
        </w:tc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</w:tcPr>
          <w:p w14:paraId="07EC482D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sz w:val="14"/>
                <w:szCs w:val="14"/>
              </w:rPr>
              <w:t>Dane będą przechowywane przez okres niezbędny do organizacji i rozliczenia wydarzenia, a następnie przez okres wynikający z właściwych przepisów dotyczących archiwizacji, rachunkowości i dokumentacji działalności jednostki. Wizerunek może być wykorzystywany do czasu wycofania zgody, z zastrzeżeniem materiałów opublikowanych zgodnie z prawem przed jej wycofaniem.</w:t>
            </w:r>
          </w:p>
        </w:tc>
      </w:tr>
      <w:tr w:rsidR="00CC54C3" w:rsidRPr="00BE2807" w14:paraId="54E79583" w14:textId="77777777">
        <w:trPr>
          <w:jc w:val="center"/>
        </w:trPr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  <w:shd w:val="clear" w:color="auto" w:fill="F2F2F2"/>
          </w:tcPr>
          <w:p w14:paraId="34D76F06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b/>
                <w:color w:val="255837"/>
                <w:sz w:val="14"/>
                <w:szCs w:val="14"/>
              </w:rPr>
              <w:t>Odbiorcy danych</w:t>
            </w:r>
          </w:p>
        </w:tc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</w:tcPr>
          <w:p w14:paraId="47CB14BE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sz w:val="14"/>
                <w:szCs w:val="14"/>
              </w:rPr>
              <w:t>Dane mogą być udostępniane podmiotom uprawnionym na podstawie przepisów prawa oraz podmiotom świadczącym na rzecz Administratora usługi techniczne, informatyczne, hostingowe lub związane z organizacją wydarzenia, wyłącznie w zakresie niezbędnym do realizacji tych usług.</w:t>
            </w:r>
          </w:p>
        </w:tc>
      </w:tr>
      <w:tr w:rsidR="00CC54C3" w:rsidRPr="00BE2807" w14:paraId="65593244" w14:textId="77777777">
        <w:trPr>
          <w:jc w:val="center"/>
        </w:trPr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  <w:shd w:val="clear" w:color="auto" w:fill="EAF2EC"/>
          </w:tcPr>
          <w:p w14:paraId="535FB049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b/>
                <w:color w:val="255837"/>
                <w:sz w:val="14"/>
                <w:szCs w:val="14"/>
              </w:rPr>
              <w:t>Prawa osoby, której dane dotyczą</w:t>
            </w:r>
          </w:p>
        </w:tc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</w:tcPr>
          <w:p w14:paraId="18FAB75D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sz w:val="14"/>
                <w:szCs w:val="14"/>
              </w:rPr>
              <w:t>Przysługuje prawo dostępu do danych, ich sprostowania, ograniczenia przetwarzania, wniesienia sprzeciwu w przypadkach przewidzianych prawem oraz, gdy ma zastosowanie, usunięcia danych. W zakresie danych przetwarzanych na podstawie zgody można ją wycofać w dowolnym momencie, bez wpływu na zgodność z prawem przetwarzania dokonanego przed jej wycofaniem.</w:t>
            </w:r>
          </w:p>
        </w:tc>
      </w:tr>
      <w:tr w:rsidR="00CC54C3" w:rsidRPr="00BE2807" w14:paraId="765FD10B" w14:textId="77777777">
        <w:trPr>
          <w:jc w:val="center"/>
        </w:trPr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  <w:shd w:val="clear" w:color="auto" w:fill="F2F2F2"/>
          </w:tcPr>
          <w:p w14:paraId="29EA3F7C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b/>
                <w:color w:val="255837"/>
                <w:sz w:val="14"/>
                <w:szCs w:val="14"/>
              </w:rPr>
              <w:t>Skarga</w:t>
            </w:r>
          </w:p>
        </w:tc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</w:tcPr>
          <w:p w14:paraId="1A92374A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sz w:val="14"/>
                <w:szCs w:val="14"/>
              </w:rPr>
              <w:t>Przysługuje prawo wniesienia skargi do Prezesa Urzędu Ochrony Danych Osobowych.</w:t>
            </w:r>
          </w:p>
        </w:tc>
      </w:tr>
      <w:tr w:rsidR="00CC54C3" w:rsidRPr="00BE2807" w14:paraId="759695C4" w14:textId="77777777">
        <w:trPr>
          <w:jc w:val="center"/>
        </w:trPr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  <w:shd w:val="clear" w:color="auto" w:fill="EAF2EC"/>
          </w:tcPr>
          <w:p w14:paraId="54E397EB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b/>
                <w:color w:val="255837"/>
                <w:sz w:val="14"/>
                <w:szCs w:val="14"/>
              </w:rPr>
              <w:t>Dobrowolność podania danych</w:t>
            </w:r>
          </w:p>
        </w:tc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</w:tcPr>
          <w:p w14:paraId="3A47F534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sz w:val="14"/>
                <w:szCs w:val="14"/>
              </w:rPr>
              <w:t>Podanie danych wymaganych w formularzu jest dobrowolne, lecz niezbędne do przyjęcia zgłoszenia i udziału w warsztatach. Podanie adresu e-mail oraz danych kontaktu w sytuacji nagłej dla osoby pełnoletniej jest dobrowolne. Zgoda na wykorzystanie wizerunku jest dobrowolna.</w:t>
            </w:r>
          </w:p>
        </w:tc>
      </w:tr>
      <w:tr w:rsidR="00CC54C3" w:rsidRPr="00BE2807" w14:paraId="723DB4EE" w14:textId="77777777">
        <w:trPr>
          <w:jc w:val="center"/>
        </w:trPr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  <w:shd w:val="clear" w:color="auto" w:fill="F2F2F2"/>
          </w:tcPr>
          <w:p w14:paraId="2CFC8427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b/>
                <w:color w:val="255837"/>
                <w:sz w:val="14"/>
                <w:szCs w:val="14"/>
              </w:rPr>
              <w:t>Automatyczne podejmowanie decyzji</w:t>
            </w:r>
          </w:p>
        </w:tc>
        <w:tc>
          <w:tcPr>
            <w:tcW w:w="5270" w:type="dxa"/>
            <w:tcBorders>
              <w:top w:val="single" w:sz="3" w:space="0" w:color="B8C6BC"/>
              <w:left w:val="single" w:sz="3" w:space="0" w:color="B8C6BC"/>
              <w:bottom w:val="single" w:sz="3" w:space="0" w:color="B8C6BC"/>
              <w:right w:val="single" w:sz="3" w:space="0" w:color="B8C6BC"/>
            </w:tcBorders>
          </w:tcPr>
          <w:p w14:paraId="6E66A10F" w14:textId="77777777" w:rsidR="00CC54C3" w:rsidRPr="00BE2807" w:rsidRDefault="00000000">
            <w:pPr>
              <w:spacing w:after="0"/>
              <w:rPr>
                <w:sz w:val="14"/>
                <w:szCs w:val="14"/>
              </w:rPr>
            </w:pPr>
            <w:r w:rsidRPr="00BE2807">
              <w:rPr>
                <w:sz w:val="14"/>
                <w:szCs w:val="14"/>
              </w:rPr>
              <w:t>Dane nie będą wykorzystywane do zautomatyzowanego podejmowania decyzji ani profilowania.</w:t>
            </w:r>
          </w:p>
        </w:tc>
      </w:tr>
    </w:tbl>
    <w:p w14:paraId="445311A9" w14:textId="77777777" w:rsidR="00CC54C3" w:rsidRPr="00BE2807" w:rsidRDefault="00000000">
      <w:pPr>
        <w:spacing w:before="80"/>
        <w:jc w:val="center"/>
        <w:rPr>
          <w:sz w:val="14"/>
          <w:szCs w:val="14"/>
        </w:rPr>
      </w:pPr>
      <w:r w:rsidRPr="00BE2807">
        <w:rPr>
          <w:i/>
          <w:color w:val="5F5F5F"/>
          <w:sz w:val="14"/>
          <w:szCs w:val="14"/>
        </w:rPr>
        <w:t>Edukacyjne Warsztaty Wędkarskie, na łowisku w Dobczy, 26 września 2026 r.</w:t>
      </w:r>
    </w:p>
    <w:sectPr w:rsidR="00CC54C3" w:rsidRPr="00BE2807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0011483">
    <w:abstractNumId w:val="8"/>
  </w:num>
  <w:num w:numId="2" w16cid:durableId="1631014557">
    <w:abstractNumId w:val="6"/>
  </w:num>
  <w:num w:numId="3" w16cid:durableId="657463679">
    <w:abstractNumId w:val="5"/>
  </w:num>
  <w:num w:numId="4" w16cid:durableId="684552218">
    <w:abstractNumId w:val="4"/>
  </w:num>
  <w:num w:numId="5" w16cid:durableId="152533132">
    <w:abstractNumId w:val="7"/>
  </w:num>
  <w:num w:numId="6" w16cid:durableId="1648245078">
    <w:abstractNumId w:val="3"/>
  </w:num>
  <w:num w:numId="7" w16cid:durableId="855653911">
    <w:abstractNumId w:val="2"/>
  </w:num>
  <w:num w:numId="8" w16cid:durableId="1658877617">
    <w:abstractNumId w:val="1"/>
  </w:num>
  <w:num w:numId="9" w16cid:durableId="28746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54599"/>
    <w:rsid w:val="00884427"/>
    <w:rsid w:val="00934979"/>
    <w:rsid w:val="00AA1D8D"/>
    <w:rsid w:val="00B47730"/>
    <w:rsid w:val="00BE2807"/>
    <w:rsid w:val="00CB0664"/>
    <w:rsid w:val="00CC54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CFE001"/>
  <w14:defaultImageDpi w14:val="300"/>
  <w15:docId w15:val="{E397D93A-7E66-4D43-9282-3E84A528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50" w:line="245" w:lineRule="auto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/>
      <w:b/>
      <w:bCs/>
      <w:color w:val="255837"/>
      <w:sz w:val="23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/>
      <w:b/>
      <w:bCs/>
      <w:color w:val="232323"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40" w:line="240" w:lineRule="auto"/>
      <w:contextualSpacing/>
    </w:pPr>
    <w:rPr>
      <w:rFonts w:asciiTheme="majorHAnsi" w:eastAsiaTheme="majorEastAsia" w:hAnsiTheme="majorHAnsi" w:cstheme="majorBidi"/>
      <w:b/>
      <w:color w:val="255837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792</Words>
  <Characters>6549</Characters>
  <Application>Microsoft Office Word</Application>
  <DocSecurity>0</DocSecurity>
  <Lines>142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Rafał Babiarz</cp:lastModifiedBy>
  <cp:revision>3</cp:revision>
  <dcterms:created xsi:type="dcterms:W3CDTF">2026-09-14T09:48:00Z</dcterms:created>
  <dcterms:modified xsi:type="dcterms:W3CDTF">2026-09-14T11:33:00Z</dcterms:modified>
  <cp:category/>
</cp:coreProperties>
</file>